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78BB5" w14:textId="77777777" w:rsidR="006E6E58" w:rsidRDefault="004509C3">
      <w:pPr>
        <w:pStyle w:val="Tittel"/>
        <w:jc w:val="center"/>
      </w:pPr>
      <w:r>
        <w:t>Søknad om dispensasjon fra krav til kjønnsfordeling</w:t>
      </w:r>
    </w:p>
    <w:p w14:paraId="356758D3" w14:textId="77777777" w:rsidR="006E6E58" w:rsidRDefault="004509C3">
      <w:pPr>
        <w:jc w:val="center"/>
      </w:pPr>
      <w:r>
        <w:rPr>
          <w:b/>
          <w:sz w:val="22"/>
        </w:rPr>
        <w:t>Representasjon på NAIFs forbundsting</w:t>
      </w:r>
    </w:p>
    <w:p w14:paraId="58C767B9" w14:textId="77777777" w:rsidR="006E6E58" w:rsidRDefault="004509C3">
      <w:r>
        <w:t>NIFs lov § 2-4 stiller krav til kjønnsfordeling ved representasjon på ting. Dersom klubben ikke har mulighet til å oppfylle kravet, kan det søkes om dispensasjon. Søknaden behandles av Norges Amerikanske Idretters Forbund (NAIF). Ved vurderingen legges det blant annet vekt på kjønnsfordelingen i medlemsmassen og klubbens mulighet til å finne representanter av begge kjønn.</w:t>
      </w:r>
    </w:p>
    <w:p w14:paraId="74E31293" w14:textId="77777777" w:rsidR="006E6E58" w:rsidRDefault="004509C3">
      <w:pPr>
        <w:pStyle w:val="Overskrift1"/>
      </w:pPr>
      <w:r>
        <w:t>1. Klubb</w:t>
      </w:r>
    </w:p>
    <w:p w14:paraId="464C8099" w14:textId="77777777" w:rsidR="006E6E58" w:rsidRDefault="004509C3">
      <w:pPr>
        <w:spacing w:after="40"/>
      </w:pPr>
      <w:r>
        <w:rPr>
          <w:b/>
        </w:rPr>
        <w:t>Klubbnavn:</w:t>
      </w:r>
    </w:p>
    <w:p w14:paraId="7FEE3655" w14:textId="77777777" w:rsidR="006E6E58" w:rsidRDefault="004509C3">
      <w:pPr>
        <w:spacing w:after="40"/>
      </w:pPr>
      <w:r>
        <w:t>________________________________________________________________________________</w:t>
      </w:r>
    </w:p>
    <w:p w14:paraId="70A76964" w14:textId="77777777" w:rsidR="006E6E58" w:rsidRDefault="004509C3">
      <w:pPr>
        <w:spacing w:after="40"/>
      </w:pPr>
      <w:r>
        <w:rPr>
          <w:b/>
        </w:rPr>
        <w:t>Organisasjonsnummer:</w:t>
      </w:r>
    </w:p>
    <w:p w14:paraId="61830DBF" w14:textId="77777777" w:rsidR="006E6E58" w:rsidRDefault="004509C3">
      <w:pPr>
        <w:spacing w:after="40"/>
      </w:pPr>
      <w:r>
        <w:t>________________________________________________________________________________</w:t>
      </w:r>
    </w:p>
    <w:p w14:paraId="7BB3524B" w14:textId="77777777" w:rsidR="006E6E58" w:rsidRDefault="004509C3">
      <w:r>
        <w:rPr>
          <w:b/>
        </w:rPr>
        <w:t>Idrett/seksjon i NAIF:</w:t>
      </w:r>
    </w:p>
    <w:p w14:paraId="2968F564" w14:textId="77777777" w:rsidR="006E6E58" w:rsidRDefault="004509C3">
      <w:r>
        <w:t>☐ Amerikansk fotball     ☐ Cheerleading     ☐ Disksport     ☐ Lacrosse</w:t>
      </w:r>
    </w:p>
    <w:p w14:paraId="3A9AD7C4" w14:textId="77777777" w:rsidR="006E6E58" w:rsidRDefault="004509C3">
      <w:r>
        <w:t>☐ Flere idretter – oppgi hvilke: ______________________________________________</w:t>
      </w:r>
    </w:p>
    <w:p w14:paraId="61545D42" w14:textId="77777777" w:rsidR="006E6E58" w:rsidRDefault="004509C3">
      <w:pPr>
        <w:spacing w:after="40"/>
      </w:pPr>
      <w:r>
        <w:rPr>
          <w:b/>
        </w:rPr>
        <w:t>Kontaktperson:</w:t>
      </w:r>
    </w:p>
    <w:p w14:paraId="7C8A8BC2" w14:textId="77777777" w:rsidR="006E6E58" w:rsidRDefault="004509C3">
      <w:pPr>
        <w:spacing w:after="40"/>
      </w:pPr>
      <w:r>
        <w:t>________________________________________________________________________________</w:t>
      </w:r>
    </w:p>
    <w:p w14:paraId="6A20890F" w14:textId="77777777" w:rsidR="006E6E58" w:rsidRDefault="004509C3">
      <w:pPr>
        <w:spacing w:after="40"/>
      </w:pPr>
      <w:r>
        <w:rPr>
          <w:b/>
        </w:rPr>
        <w:t>E-post:</w:t>
      </w:r>
    </w:p>
    <w:p w14:paraId="7D3700C0" w14:textId="77777777" w:rsidR="006E6E58" w:rsidRDefault="004509C3">
      <w:pPr>
        <w:spacing w:after="40"/>
      </w:pPr>
      <w:r>
        <w:t>________________________________________________________________________________</w:t>
      </w:r>
    </w:p>
    <w:p w14:paraId="4224D311" w14:textId="77777777" w:rsidR="006E6E58" w:rsidRDefault="004509C3">
      <w:pPr>
        <w:pStyle w:val="Overskrift1"/>
      </w:pPr>
      <w:r>
        <w:t>2. Klubbens representasjon på forbundstinget</w:t>
      </w:r>
    </w:p>
    <w:p w14:paraId="19C1FCD5" w14:textId="77777777" w:rsidR="006E6E58" w:rsidRDefault="004509C3">
      <w:r>
        <w:rPr>
          <w:b/>
        </w:rPr>
        <w:t>Hvor mange representanter har klubben rett til å stille med?</w:t>
      </w:r>
    </w:p>
    <w:p w14:paraId="420D400F" w14:textId="77777777" w:rsidR="006E6E58" w:rsidRDefault="004509C3">
      <w:r>
        <w:t>☐ 2     ☐ 3     ☐ Annet: ______</w:t>
      </w:r>
    </w:p>
    <w:p w14:paraId="115F60A2" w14:textId="77777777" w:rsidR="006E6E58" w:rsidRDefault="004509C3">
      <w:r>
        <w:rPr>
          <w:b/>
        </w:rPr>
        <w:t>Hvilken kjønnsfordeling vil klubbens delegasjon ha dersom dispensasjon innvilges?</w:t>
      </w:r>
    </w:p>
    <w:p w14:paraId="130AF0E2" w14:textId="77777777" w:rsidR="006E6E58" w:rsidRDefault="004509C3">
      <w:r>
        <w:t>Antall kvinner: ______        Antall menn: ______</w:t>
      </w:r>
    </w:p>
    <w:p w14:paraId="25C7D343" w14:textId="77777777" w:rsidR="006E6E58" w:rsidRDefault="004509C3">
      <w:pPr>
        <w:pStyle w:val="Overskrift1"/>
      </w:pPr>
      <w:r>
        <w:t>3. Bakgrunn for søknaden</w:t>
      </w:r>
    </w:p>
    <w:p w14:paraId="7E007DEA" w14:textId="77777777" w:rsidR="006E6E58" w:rsidRDefault="004509C3">
      <w:r>
        <w:rPr>
          <w:b/>
        </w:rPr>
        <w:t>Hva er omtrentlig kjønnsfordeling blant klubbens medlemmer?</w:t>
      </w:r>
    </w:p>
    <w:p w14:paraId="73EB6C45" w14:textId="77777777" w:rsidR="006E6E58" w:rsidRDefault="004509C3">
      <w:r>
        <w:t>Kvinner/jenter: ca. ______ %        Menn/gutter: ca. ______ %</w:t>
      </w:r>
    </w:p>
    <w:p w14:paraId="29A5936C" w14:textId="77777777" w:rsidR="006E6E58" w:rsidRDefault="004509C3">
      <w:pPr>
        <w:spacing w:after="40"/>
      </w:pPr>
      <w:r>
        <w:rPr>
          <w:b/>
        </w:rPr>
        <w:t>Dersom klubben er et fleridrettslag, oppgi gjerne også kjønnsfordelingen i den aktuelle idretten/gruppen:</w:t>
      </w:r>
    </w:p>
    <w:p w14:paraId="50154F8E" w14:textId="77777777" w:rsidR="006E6E58" w:rsidRDefault="004509C3">
      <w:pPr>
        <w:spacing w:after="40"/>
      </w:pPr>
      <w:r>
        <w:t>________________________________________________________________________________</w:t>
      </w:r>
    </w:p>
    <w:p w14:paraId="5C99D2B3" w14:textId="77777777" w:rsidR="006E6E58" w:rsidRDefault="004509C3">
      <w:pPr>
        <w:spacing w:after="40"/>
      </w:pPr>
      <w:r>
        <w:rPr>
          <w:b/>
        </w:rPr>
        <w:t>Beskriv kort hvorfor klubben ikke har mulighet til å oppfylle kravet til kjønnsfordeling:</w:t>
      </w:r>
    </w:p>
    <w:p w14:paraId="14350E3F" w14:textId="77777777" w:rsidR="006E6E58" w:rsidRDefault="004509C3">
      <w:pPr>
        <w:spacing w:after="40"/>
      </w:pPr>
      <w:r>
        <w:t>________________________________________________________________________________</w:t>
      </w:r>
    </w:p>
    <w:p w14:paraId="52704BF8" w14:textId="77777777" w:rsidR="006E6E58" w:rsidRDefault="004509C3">
      <w:pPr>
        <w:spacing w:after="40"/>
      </w:pPr>
      <w:r>
        <w:t>________________________________________________________________________________</w:t>
      </w:r>
    </w:p>
    <w:p w14:paraId="391F5511" w14:textId="77777777" w:rsidR="006E6E58" w:rsidRDefault="004509C3">
      <w:pPr>
        <w:spacing w:after="40"/>
      </w:pPr>
      <w:r>
        <w:lastRenderedPageBreak/>
        <w:t>________________________________________________________________________________</w:t>
      </w:r>
    </w:p>
    <w:p w14:paraId="020F3D34" w14:textId="77777777" w:rsidR="006E6E58" w:rsidRDefault="004509C3">
      <w:r>
        <w:rPr>
          <w:b/>
        </w:rPr>
        <w:t>Har klubben undersøkt muligheten for å finne en representant av det underrepresenterte kjønn?</w:t>
      </w:r>
    </w:p>
    <w:p w14:paraId="1DABA712" w14:textId="77777777" w:rsidR="006E6E58" w:rsidRDefault="004509C3">
      <w:r>
        <w:t>☐ Ja     ☐ Nei</w:t>
      </w:r>
    </w:p>
    <w:p w14:paraId="5D351357" w14:textId="77777777" w:rsidR="006E6E58" w:rsidRDefault="004509C3">
      <w:pPr>
        <w:spacing w:after="40"/>
      </w:pPr>
      <w:r>
        <w:rPr>
          <w:b/>
        </w:rPr>
        <w:t>Hvis ja, beskriv kort hva klubben har gjort:</w:t>
      </w:r>
    </w:p>
    <w:p w14:paraId="5833CB1E" w14:textId="77777777" w:rsidR="006E6E58" w:rsidRDefault="004509C3">
      <w:pPr>
        <w:spacing w:after="40"/>
      </w:pPr>
      <w:r>
        <w:t>________________________________________________________________________________</w:t>
      </w:r>
    </w:p>
    <w:p w14:paraId="560427EC" w14:textId="77777777" w:rsidR="006E6E58" w:rsidRDefault="004509C3">
      <w:pPr>
        <w:spacing w:after="40"/>
      </w:pPr>
      <w:r>
        <w:t>________________________________________________________________________________</w:t>
      </w:r>
    </w:p>
    <w:p w14:paraId="787C6365" w14:textId="77777777" w:rsidR="006E6E58" w:rsidRDefault="004509C3">
      <w:pPr>
        <w:pStyle w:val="Overskrift1"/>
      </w:pPr>
      <w:r>
        <w:t>4. Søknad</w:t>
      </w:r>
    </w:p>
    <w:p w14:paraId="56FE11A7" w14:textId="77777777" w:rsidR="006E6E58" w:rsidRDefault="004509C3">
      <w:r>
        <w:t>Klubben søker med dette om dispensasjon fra kravet til kjønnsfordeling i NIFs lov § 2-4 for sin delegasjon til NAIFs forbundsting. Klubben bekrefter at opplysningene ovenfor er korrekte.</w:t>
      </w:r>
    </w:p>
    <w:p w14:paraId="6BF80629" w14:textId="77777777" w:rsidR="006E6E58" w:rsidRDefault="004509C3">
      <w:pPr>
        <w:spacing w:after="40"/>
      </w:pPr>
      <w:r>
        <w:rPr>
          <w:b/>
        </w:rPr>
        <w:t>Dato:</w:t>
      </w:r>
    </w:p>
    <w:p w14:paraId="25115293" w14:textId="77777777" w:rsidR="006E6E58" w:rsidRDefault="004509C3">
      <w:pPr>
        <w:spacing w:after="40"/>
      </w:pPr>
      <w:r>
        <w:t>________________________________________________________________________________</w:t>
      </w:r>
    </w:p>
    <w:p w14:paraId="249998A9" w14:textId="77777777" w:rsidR="006E6E58" w:rsidRDefault="004509C3">
      <w:pPr>
        <w:spacing w:after="40"/>
      </w:pPr>
      <w:r>
        <w:rPr>
          <w:b/>
        </w:rPr>
        <w:t>Navn på ansvarlig i klubben:</w:t>
      </w:r>
    </w:p>
    <w:p w14:paraId="33825B45" w14:textId="77777777" w:rsidR="006E6E58" w:rsidRDefault="004509C3">
      <w:pPr>
        <w:spacing w:after="40"/>
      </w:pPr>
      <w:r>
        <w:t>________________________________________________________________________________</w:t>
      </w:r>
    </w:p>
    <w:p w14:paraId="2AF431AC" w14:textId="77777777" w:rsidR="006E6E58" w:rsidRDefault="004509C3">
      <w:pPr>
        <w:spacing w:after="40"/>
      </w:pPr>
      <w:r>
        <w:rPr>
          <w:b/>
        </w:rPr>
        <w:t>Rolle i klubben:</w:t>
      </w:r>
    </w:p>
    <w:p w14:paraId="75225186" w14:textId="77777777" w:rsidR="006E6E58" w:rsidRDefault="004509C3">
      <w:pPr>
        <w:spacing w:after="40"/>
      </w:pPr>
      <w:r>
        <w:t>________________________________________________________________________________</w:t>
      </w:r>
    </w:p>
    <w:p w14:paraId="409E6ACE" w14:textId="77777777" w:rsidR="006E6E58" w:rsidRDefault="004509C3">
      <w:pPr>
        <w:pStyle w:val="Overskrift1"/>
      </w:pPr>
      <w:r>
        <w:t>Innsending</w:t>
      </w:r>
    </w:p>
    <w:p w14:paraId="187434AF" w14:textId="77777777" w:rsidR="006E6E58" w:rsidRDefault="004509C3">
      <w:r>
        <w:t>Søknaden sendes til NAIF så snart klubbens delegasjon til forbundstinget er avklart.</w:t>
      </w:r>
    </w:p>
    <w:p w14:paraId="3D15DADE" w14:textId="77777777" w:rsidR="006E6E58" w:rsidRDefault="004509C3">
      <w:r>
        <w:rPr>
          <w:i/>
        </w:rPr>
        <w:t>NAIF foretar en konkret vurdering av hver søknad. En skjev kjønnsfordeling i klubben eller idretten kan inngå som et relevant moment i vurderingen, men innebærer ikke automatisk at dispensasjon gis.</w:t>
      </w:r>
    </w:p>
    <w:sectPr w:rsidR="006E6E58" w:rsidSect="00034616">
      <w:foot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2FFCF" w14:textId="77777777" w:rsidR="00E342E7" w:rsidRDefault="00E342E7">
      <w:pPr>
        <w:spacing w:after="0" w:line="240" w:lineRule="auto"/>
      </w:pPr>
      <w:r>
        <w:separator/>
      </w:r>
    </w:p>
  </w:endnote>
  <w:endnote w:type="continuationSeparator" w:id="0">
    <w:p w14:paraId="12180581" w14:textId="77777777" w:rsidR="00E342E7" w:rsidRDefault="00E34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3EC0D" w14:textId="77777777" w:rsidR="006E6E58" w:rsidRPr="00250DDB" w:rsidRDefault="004509C3">
    <w:pPr>
      <w:pStyle w:val="Bunntekst"/>
      <w:jc w:val="center"/>
      <w:rPr>
        <w:lang w:val="nb-NO"/>
      </w:rPr>
    </w:pPr>
    <w:r w:rsidRPr="00250DDB">
      <w:rPr>
        <w:sz w:val="16"/>
        <w:lang w:val="nb-NO"/>
      </w:rPr>
      <w:t>Norges Amerikanske Idretters Forbund (NAIF)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78AD5" w14:textId="77777777" w:rsidR="00E342E7" w:rsidRDefault="00E342E7">
      <w:pPr>
        <w:spacing w:after="0" w:line="240" w:lineRule="auto"/>
      </w:pPr>
      <w:r>
        <w:separator/>
      </w:r>
    </w:p>
  </w:footnote>
  <w:footnote w:type="continuationSeparator" w:id="0">
    <w:p w14:paraId="41E6A3B7" w14:textId="77777777" w:rsidR="00E342E7" w:rsidRDefault="00E342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3039853">
    <w:abstractNumId w:val="8"/>
  </w:num>
  <w:num w:numId="2" w16cid:durableId="293678709">
    <w:abstractNumId w:val="6"/>
  </w:num>
  <w:num w:numId="3" w16cid:durableId="1795519126">
    <w:abstractNumId w:val="5"/>
  </w:num>
  <w:num w:numId="4" w16cid:durableId="995108463">
    <w:abstractNumId w:val="4"/>
  </w:num>
  <w:num w:numId="5" w16cid:durableId="1184366630">
    <w:abstractNumId w:val="7"/>
  </w:num>
  <w:num w:numId="6" w16cid:durableId="1359701849">
    <w:abstractNumId w:val="3"/>
  </w:num>
  <w:num w:numId="7" w16cid:durableId="306279577">
    <w:abstractNumId w:val="2"/>
  </w:num>
  <w:num w:numId="8" w16cid:durableId="838155720">
    <w:abstractNumId w:val="1"/>
  </w:num>
  <w:num w:numId="9" w16cid:durableId="273906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0DDB"/>
    <w:rsid w:val="0029639D"/>
    <w:rsid w:val="00326F90"/>
    <w:rsid w:val="004509C3"/>
    <w:rsid w:val="005001FC"/>
    <w:rsid w:val="006E6E58"/>
    <w:rsid w:val="00AA1D8D"/>
    <w:rsid w:val="00B47730"/>
    <w:rsid w:val="00CB0664"/>
    <w:rsid w:val="00E342E7"/>
    <w:rsid w:val="00F076AB"/>
    <w:rsid w:val="00F47B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4991E2"/>
  <w14:defaultImageDpi w14:val="300"/>
  <w15:docId w15:val="{8263080A-789A-41D8-9D52-83B1F3E9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2637</Characters>
  <Application>Microsoft Office Word</Application>
  <DocSecurity>0</DocSecurity>
  <Lines>62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Luth, Martine Langseth</cp:lastModifiedBy>
  <cp:revision>2</cp:revision>
  <dcterms:created xsi:type="dcterms:W3CDTF">2026-10-28T11:50:00Z</dcterms:created>
  <dcterms:modified xsi:type="dcterms:W3CDTF">2026-10-28T11:50:00Z</dcterms:modified>
  <cp:category/>
</cp:coreProperties>
</file>